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730AA" w14:textId="77777777" w:rsidR="00F836B6" w:rsidRPr="00D74D32" w:rsidRDefault="00000000" w:rsidP="00D74D32">
      <w:pPr>
        <w:jc w:val="right"/>
        <w:rPr>
          <w:rFonts w:ascii="Arial" w:hAnsi="Arial" w:cs="Arial"/>
          <w:sz w:val="20"/>
          <w:szCs w:val="20"/>
          <w:lang w:val="pl-PL"/>
        </w:rPr>
      </w:pPr>
      <w:r w:rsidRPr="00D74D32">
        <w:rPr>
          <w:rFonts w:ascii="Arial" w:hAnsi="Arial" w:cs="Arial"/>
          <w:sz w:val="20"/>
          <w:szCs w:val="20"/>
          <w:lang w:val="pl-PL"/>
        </w:rPr>
        <w:t>Załącznik nr 2 do Formularza oferty</w:t>
      </w:r>
    </w:p>
    <w:p w14:paraId="1722A63A" w14:textId="77777777" w:rsidR="00F836B6" w:rsidRPr="00D74D32" w:rsidRDefault="00F836B6">
      <w:pPr>
        <w:rPr>
          <w:rFonts w:ascii="Arial" w:hAnsi="Arial" w:cs="Arial"/>
          <w:sz w:val="20"/>
          <w:szCs w:val="20"/>
          <w:lang w:val="pl-PL"/>
        </w:rPr>
      </w:pPr>
    </w:p>
    <w:p w14:paraId="274FC8F4" w14:textId="77777777" w:rsidR="00F836B6" w:rsidRPr="00D74D32" w:rsidRDefault="00000000">
      <w:pPr>
        <w:rPr>
          <w:rFonts w:ascii="Arial" w:hAnsi="Arial" w:cs="Arial"/>
          <w:sz w:val="20"/>
          <w:szCs w:val="20"/>
          <w:lang w:val="pl-PL"/>
        </w:rPr>
      </w:pPr>
      <w:r w:rsidRPr="00D74D32">
        <w:rPr>
          <w:rFonts w:ascii="Arial" w:hAnsi="Arial" w:cs="Arial"/>
          <w:sz w:val="20"/>
          <w:szCs w:val="20"/>
          <w:lang w:val="pl-PL"/>
        </w:rPr>
        <w:t>……………………………………….</w:t>
      </w:r>
    </w:p>
    <w:p w14:paraId="3ADCEFDD" w14:textId="6AA66B7F" w:rsidR="00F836B6" w:rsidRPr="00D74D32" w:rsidRDefault="00000000">
      <w:pPr>
        <w:rPr>
          <w:rFonts w:ascii="Arial" w:hAnsi="Arial" w:cs="Arial"/>
          <w:sz w:val="20"/>
          <w:szCs w:val="20"/>
          <w:lang w:val="pl-PL"/>
        </w:rPr>
      </w:pPr>
      <w:r w:rsidRPr="00D74D32">
        <w:rPr>
          <w:rFonts w:ascii="Arial" w:hAnsi="Arial" w:cs="Arial"/>
          <w:sz w:val="20"/>
          <w:szCs w:val="20"/>
          <w:lang w:val="pl-PL"/>
        </w:rPr>
        <w:t xml:space="preserve">(pieczęć firmowa </w:t>
      </w:r>
      <w:r w:rsidR="00D74D32">
        <w:rPr>
          <w:rFonts w:ascii="Arial" w:hAnsi="Arial" w:cs="Arial"/>
          <w:sz w:val="20"/>
          <w:szCs w:val="20"/>
          <w:lang w:val="pl-PL"/>
        </w:rPr>
        <w:t>Usługodawcy</w:t>
      </w:r>
      <w:r w:rsidRPr="00D74D32">
        <w:rPr>
          <w:rFonts w:ascii="Arial" w:hAnsi="Arial" w:cs="Arial"/>
          <w:sz w:val="20"/>
          <w:szCs w:val="20"/>
          <w:lang w:val="pl-PL"/>
        </w:rPr>
        <w:t>)</w:t>
      </w:r>
    </w:p>
    <w:p w14:paraId="71BEC4F5" w14:textId="77777777" w:rsidR="00F836B6" w:rsidRPr="00D74D32" w:rsidRDefault="00000000" w:rsidP="00875FDE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r w:rsidRPr="00D74D32">
        <w:rPr>
          <w:rFonts w:ascii="Arial" w:hAnsi="Arial" w:cs="Arial"/>
          <w:b/>
          <w:bCs/>
          <w:sz w:val="20"/>
          <w:szCs w:val="20"/>
          <w:lang w:val="pl-PL"/>
        </w:rPr>
        <w:t>OŚWIADCZENIE</w:t>
      </w:r>
    </w:p>
    <w:p w14:paraId="3E96F253" w14:textId="77777777" w:rsidR="00F836B6" w:rsidRPr="00D74D32" w:rsidRDefault="00000000" w:rsidP="00875FDE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r w:rsidRPr="00D74D32">
        <w:rPr>
          <w:rFonts w:ascii="Arial" w:hAnsi="Arial" w:cs="Arial"/>
          <w:b/>
          <w:bCs/>
          <w:sz w:val="20"/>
          <w:szCs w:val="20"/>
          <w:lang w:val="pl-PL"/>
        </w:rPr>
        <w:t>o braku podstaw do wykluczenia i braku powiązań</w:t>
      </w:r>
    </w:p>
    <w:p w14:paraId="656ED2AD" w14:textId="27DF47EE" w:rsidR="00F836B6" w:rsidRPr="00D74D32" w:rsidRDefault="00000000" w:rsidP="00D74D32">
      <w:pPr>
        <w:jc w:val="both"/>
        <w:rPr>
          <w:rFonts w:ascii="Arial" w:hAnsi="Arial" w:cs="Arial"/>
          <w:sz w:val="20"/>
          <w:szCs w:val="20"/>
          <w:lang w:val="pl-PL"/>
        </w:rPr>
      </w:pPr>
      <w:r w:rsidRPr="00D74D32">
        <w:rPr>
          <w:rFonts w:ascii="Arial" w:hAnsi="Arial" w:cs="Arial"/>
          <w:sz w:val="20"/>
          <w:szCs w:val="20"/>
          <w:lang w:val="pl-PL"/>
        </w:rPr>
        <w:t>Składając ofertę w postępowaniu o udzielenie zamówienia pn.:</w:t>
      </w:r>
      <w:r w:rsidR="00875FDE" w:rsidRPr="00D74D32">
        <w:rPr>
          <w:rFonts w:ascii="Arial" w:hAnsi="Arial" w:cs="Arial"/>
          <w:sz w:val="20"/>
          <w:szCs w:val="20"/>
          <w:lang w:val="pl-PL"/>
        </w:rPr>
        <w:t xml:space="preserve"> </w:t>
      </w:r>
      <w:r w:rsidRPr="00D74D32">
        <w:rPr>
          <w:rFonts w:ascii="Arial" w:hAnsi="Arial" w:cs="Arial"/>
          <w:sz w:val="20"/>
          <w:szCs w:val="20"/>
          <w:lang w:val="pl-PL"/>
        </w:rPr>
        <w:t>„</w:t>
      </w:r>
      <w:r w:rsidR="00D74D32" w:rsidRPr="00D74D32">
        <w:rPr>
          <w:rFonts w:ascii="Arial" w:hAnsi="Arial" w:cs="Arial"/>
          <w:sz w:val="20"/>
          <w:szCs w:val="20"/>
          <w:lang w:val="pl-PL"/>
        </w:rPr>
        <w:t>O</w:t>
      </w:r>
      <w:r w:rsidR="00D74D32" w:rsidRPr="00D74D32">
        <w:rPr>
          <w:rFonts w:ascii="Arial" w:hAnsi="Arial" w:cs="Arial"/>
          <w:sz w:val="20"/>
          <w:lang w:val="pl-PL"/>
        </w:rPr>
        <w:t xml:space="preserve">pracowanie kompletnej dokumentacji projektowej niezbędnej do uzyskania pozwoleń na realizację inwestycji oraz dokumentacji kosztorysowej dla zdania: „Prace konserwatorskie i budowlane </w:t>
      </w:r>
      <w:r w:rsidR="00D74D32" w:rsidRPr="00D74D32">
        <w:rPr>
          <w:rFonts w:ascii="Arial" w:hAnsi="Arial" w:cs="Arial"/>
          <w:sz w:val="20"/>
          <w:lang w:val="pl-PL"/>
        </w:rPr>
        <w:br/>
        <w:t xml:space="preserve">w zabytkowej Bazylice Mniejszej w Brzozowie (kościół pw. Przemienienia Pańskiego </w:t>
      </w:r>
      <w:r w:rsidR="00D74D32">
        <w:rPr>
          <w:rFonts w:ascii="Arial" w:hAnsi="Arial" w:cs="Arial"/>
          <w:sz w:val="20"/>
          <w:lang w:val="pl-PL"/>
        </w:rPr>
        <w:br/>
      </w:r>
      <w:r w:rsidR="00D74D32" w:rsidRPr="00D74D32">
        <w:rPr>
          <w:rFonts w:ascii="Arial" w:hAnsi="Arial" w:cs="Arial"/>
          <w:sz w:val="20"/>
          <w:lang w:val="pl-PL"/>
        </w:rPr>
        <w:t xml:space="preserve">i ogrodzenie) wraz z zagospodarowaniem jej otoczenia w celu zapewnienia trwałości konstrukcyjnej i estetycznej oraz udostępnienia na cele kulturalne i turystyczne” planowanego do realizacji w ramach projektu pn. „Dziedzictwo sakralne i kulturalne powiatu brzozowskiego – ochrona i nowe życie zabytków” aplikowanego do naboru do Osi priorytetowej VI. Rozwój zrównoważony terytorialnie, Działania 06.02 Zrównoważony rozwój obszarów wiejskich i małych miast, Typ projektów II: ochrona, rozwój i promowanie dziedzictwa kulturowego i usług </w:t>
      </w:r>
      <w:r w:rsidR="00D74D32">
        <w:rPr>
          <w:rFonts w:ascii="Arial" w:hAnsi="Arial" w:cs="Arial"/>
          <w:sz w:val="20"/>
          <w:lang w:val="pl-PL"/>
        </w:rPr>
        <w:br/>
      </w:r>
      <w:r w:rsidR="00D74D32" w:rsidRPr="00D74D32">
        <w:rPr>
          <w:rFonts w:ascii="Arial" w:hAnsi="Arial" w:cs="Arial"/>
          <w:sz w:val="20"/>
          <w:lang w:val="pl-PL"/>
        </w:rPr>
        <w:t>w dziedzinie kultury Programu Regionalnego Fundusze Europejskie dla Podkarpacia 2021-2027</w:t>
      </w:r>
      <w:r w:rsidRPr="00D74D32">
        <w:rPr>
          <w:rFonts w:ascii="Arial" w:hAnsi="Arial" w:cs="Arial"/>
          <w:sz w:val="20"/>
          <w:szCs w:val="20"/>
          <w:lang w:val="pl-PL"/>
        </w:rPr>
        <w:t>”,</w:t>
      </w:r>
    </w:p>
    <w:p w14:paraId="6795346D" w14:textId="77777777" w:rsidR="00F836B6" w:rsidRPr="00D74D32" w:rsidRDefault="00000000" w:rsidP="00D74D32">
      <w:pPr>
        <w:jc w:val="both"/>
        <w:rPr>
          <w:rFonts w:ascii="Arial" w:hAnsi="Arial" w:cs="Arial"/>
          <w:sz w:val="20"/>
          <w:szCs w:val="20"/>
          <w:lang w:val="pl-PL"/>
        </w:rPr>
      </w:pPr>
      <w:r w:rsidRPr="00D74D32">
        <w:rPr>
          <w:rFonts w:ascii="Arial" w:hAnsi="Arial" w:cs="Arial"/>
          <w:sz w:val="20"/>
          <w:szCs w:val="20"/>
          <w:lang w:val="pl-PL"/>
        </w:rPr>
        <w:t>oświadczam/y*, że nie podlegam/y* wykluczeniu z postępowania na podstawie wymogów określonych w zapytaniu ofertowym.</w:t>
      </w:r>
    </w:p>
    <w:p w14:paraId="13B3E4E9" w14:textId="79880568" w:rsidR="00F836B6" w:rsidRPr="00D74D32" w:rsidRDefault="00000000" w:rsidP="00D74D32">
      <w:pPr>
        <w:jc w:val="both"/>
        <w:rPr>
          <w:rFonts w:ascii="Arial" w:hAnsi="Arial" w:cs="Arial"/>
          <w:sz w:val="20"/>
          <w:szCs w:val="20"/>
          <w:lang w:val="pl-PL"/>
        </w:rPr>
      </w:pPr>
      <w:r w:rsidRPr="00D74D32">
        <w:rPr>
          <w:rFonts w:ascii="Arial" w:hAnsi="Arial" w:cs="Arial"/>
          <w:sz w:val="20"/>
          <w:szCs w:val="20"/>
          <w:lang w:val="pl-PL"/>
        </w:rPr>
        <w:t xml:space="preserve">W szczególności oświadczam/y*, że w celu uniknięcia konfliktu interesów nie posiadam/y* powiązań osobowych ani kapitałowych z Zamawiającym, tj. </w:t>
      </w:r>
      <w:r w:rsidR="00D74D32" w:rsidRPr="00D74D32">
        <w:rPr>
          <w:rFonts w:ascii="Arial" w:hAnsi="Arial" w:cs="Arial"/>
          <w:sz w:val="20"/>
          <w:szCs w:val="20"/>
          <w:lang w:val="pl-PL"/>
        </w:rPr>
        <w:t>Parafią Rzymskokatolicką pw. Przemienienia Pańskiego w Brzozowie, z siedzibą przy ul. Plac Grunwaldzki 2, 36-200 Brzozów</w:t>
      </w:r>
      <w:r w:rsidRPr="00D74D32">
        <w:rPr>
          <w:rFonts w:ascii="Arial" w:hAnsi="Arial" w:cs="Arial"/>
          <w:sz w:val="20"/>
          <w:szCs w:val="20"/>
          <w:lang w:val="pl-PL"/>
        </w:rPr>
        <w:t>, rozumianych jako w szczególności:</w:t>
      </w:r>
    </w:p>
    <w:p w14:paraId="726F0965" w14:textId="77777777" w:rsidR="00F836B6" w:rsidRPr="00D74D32" w:rsidRDefault="00000000" w:rsidP="00D74D32">
      <w:pPr>
        <w:jc w:val="both"/>
        <w:rPr>
          <w:rFonts w:ascii="Arial" w:hAnsi="Arial" w:cs="Arial"/>
          <w:sz w:val="20"/>
          <w:szCs w:val="20"/>
          <w:lang w:val="pl-PL"/>
        </w:rPr>
      </w:pPr>
      <w:r w:rsidRPr="00D74D32">
        <w:rPr>
          <w:rFonts w:ascii="Arial" w:hAnsi="Arial" w:cs="Arial"/>
          <w:sz w:val="20"/>
          <w:szCs w:val="20"/>
          <w:lang w:val="pl-PL"/>
        </w:rPr>
        <w:t>1) uczestniczenie w spółce jako wspólnik spółki cywilnej lub osobowej z Zamawiającym lub osobami upoważnionymi do reprezentowania Zamawiającego,</w:t>
      </w:r>
    </w:p>
    <w:p w14:paraId="280AB330" w14:textId="77777777" w:rsidR="00F836B6" w:rsidRPr="00D74D32" w:rsidRDefault="00000000" w:rsidP="00D74D32">
      <w:pPr>
        <w:jc w:val="both"/>
        <w:rPr>
          <w:rFonts w:ascii="Arial" w:hAnsi="Arial" w:cs="Arial"/>
          <w:sz w:val="20"/>
          <w:szCs w:val="20"/>
          <w:lang w:val="pl-PL"/>
        </w:rPr>
      </w:pPr>
      <w:r w:rsidRPr="00D74D32">
        <w:rPr>
          <w:rFonts w:ascii="Arial" w:hAnsi="Arial" w:cs="Arial"/>
          <w:sz w:val="20"/>
          <w:szCs w:val="20"/>
          <w:lang w:val="pl-PL"/>
        </w:rPr>
        <w:t>2) posiadanie co najmniej 10% udziałów lub akcji w podmiocie Zamawiającego,</w:t>
      </w:r>
    </w:p>
    <w:p w14:paraId="496D5A91" w14:textId="77777777" w:rsidR="00F836B6" w:rsidRPr="00D74D32" w:rsidRDefault="00000000" w:rsidP="00D74D32">
      <w:pPr>
        <w:jc w:val="both"/>
        <w:rPr>
          <w:rFonts w:ascii="Arial" w:hAnsi="Arial" w:cs="Arial"/>
          <w:sz w:val="20"/>
          <w:szCs w:val="20"/>
          <w:lang w:val="pl-PL"/>
        </w:rPr>
      </w:pPr>
      <w:r w:rsidRPr="00D74D32">
        <w:rPr>
          <w:rFonts w:ascii="Arial" w:hAnsi="Arial" w:cs="Arial"/>
          <w:sz w:val="20"/>
          <w:szCs w:val="20"/>
          <w:lang w:val="pl-PL"/>
        </w:rPr>
        <w:t>3) pełnienie funkcji członka organu nadzorczego lub zarządzającego, prokurenta lub pełnomocnika Zamawiającego,</w:t>
      </w:r>
    </w:p>
    <w:p w14:paraId="216BE253" w14:textId="77777777" w:rsidR="00F836B6" w:rsidRPr="00D74D32" w:rsidRDefault="00000000" w:rsidP="00D74D32">
      <w:pPr>
        <w:jc w:val="both"/>
        <w:rPr>
          <w:rFonts w:ascii="Arial" w:hAnsi="Arial" w:cs="Arial"/>
          <w:sz w:val="20"/>
          <w:szCs w:val="20"/>
          <w:lang w:val="pl-PL"/>
        </w:rPr>
      </w:pPr>
      <w:r w:rsidRPr="00D74D32">
        <w:rPr>
          <w:rFonts w:ascii="Arial" w:hAnsi="Arial" w:cs="Arial"/>
          <w:sz w:val="20"/>
          <w:szCs w:val="20"/>
          <w:lang w:val="pl-PL"/>
        </w:rPr>
        <w:t>4) pozostawanie w związku małżeńskim, w stosunku pokrewieństwa lub powinowactwa w linii prostej, pokrewieństwa lub powinowactwa w linii bocznej do drugiego stopnia,</w:t>
      </w:r>
    </w:p>
    <w:p w14:paraId="42D65409" w14:textId="77777777" w:rsidR="00F836B6" w:rsidRPr="00D74D32" w:rsidRDefault="00000000" w:rsidP="00D74D32">
      <w:pPr>
        <w:jc w:val="both"/>
        <w:rPr>
          <w:rFonts w:ascii="Arial" w:hAnsi="Arial" w:cs="Arial"/>
          <w:sz w:val="20"/>
          <w:szCs w:val="20"/>
          <w:lang w:val="pl-PL"/>
        </w:rPr>
      </w:pPr>
      <w:r w:rsidRPr="00D74D32">
        <w:rPr>
          <w:rFonts w:ascii="Arial" w:hAnsi="Arial" w:cs="Arial"/>
          <w:sz w:val="20"/>
          <w:szCs w:val="20"/>
          <w:lang w:val="pl-PL"/>
        </w:rPr>
        <w:t>a także w stosunku przysposobienia, opieki lub kurateli z osobami upoważnionymi do reprezentowania Zamawiającego lub biorącymi udział w przygotowaniu i prowadzeniu postępowania.</w:t>
      </w:r>
    </w:p>
    <w:p w14:paraId="6B59F2E3" w14:textId="77777777" w:rsidR="00F836B6" w:rsidRPr="00D74D32" w:rsidRDefault="00000000" w:rsidP="00D74D32">
      <w:pPr>
        <w:jc w:val="both"/>
        <w:rPr>
          <w:rFonts w:ascii="Arial" w:hAnsi="Arial" w:cs="Arial"/>
          <w:sz w:val="20"/>
          <w:szCs w:val="20"/>
          <w:lang w:val="pl-PL"/>
        </w:rPr>
      </w:pPr>
      <w:r w:rsidRPr="00D74D32">
        <w:rPr>
          <w:rFonts w:ascii="Arial" w:hAnsi="Arial" w:cs="Arial"/>
          <w:sz w:val="20"/>
          <w:szCs w:val="20"/>
          <w:lang w:val="pl-PL"/>
        </w:rPr>
        <w:t>*niepotrzebne skreślić</w:t>
      </w:r>
    </w:p>
    <w:p w14:paraId="33081FDF" w14:textId="77777777" w:rsidR="00F836B6" w:rsidRPr="00D74D32" w:rsidRDefault="00000000" w:rsidP="00D74D32">
      <w:pPr>
        <w:jc w:val="both"/>
        <w:rPr>
          <w:rFonts w:ascii="Arial" w:hAnsi="Arial" w:cs="Arial"/>
          <w:sz w:val="20"/>
          <w:szCs w:val="20"/>
          <w:lang w:val="pl-PL"/>
        </w:rPr>
      </w:pPr>
      <w:r w:rsidRPr="00D74D32">
        <w:rPr>
          <w:rFonts w:ascii="Arial" w:hAnsi="Arial" w:cs="Arial"/>
          <w:sz w:val="20"/>
          <w:szCs w:val="20"/>
          <w:lang w:val="pl-PL"/>
        </w:rPr>
        <w:t>Miejscowość ……………………………………, dnia ………………… 202… r.</w:t>
      </w:r>
    </w:p>
    <w:p w14:paraId="3B6EFFEF" w14:textId="77777777" w:rsidR="00875FDE" w:rsidRPr="00D74D32" w:rsidRDefault="00875FDE" w:rsidP="00D74D32">
      <w:pPr>
        <w:jc w:val="both"/>
        <w:rPr>
          <w:rFonts w:ascii="Arial" w:hAnsi="Arial" w:cs="Arial"/>
          <w:sz w:val="20"/>
          <w:szCs w:val="20"/>
          <w:lang w:val="pl-PL"/>
        </w:rPr>
      </w:pPr>
    </w:p>
    <w:p w14:paraId="05E53B16" w14:textId="5F9D90D6" w:rsidR="00F836B6" w:rsidRPr="00D74D32" w:rsidRDefault="00000000" w:rsidP="00D74D32">
      <w:pPr>
        <w:jc w:val="both"/>
        <w:rPr>
          <w:rFonts w:ascii="Arial" w:hAnsi="Arial" w:cs="Arial"/>
          <w:sz w:val="20"/>
          <w:szCs w:val="20"/>
          <w:lang w:val="pl-PL"/>
        </w:rPr>
      </w:pPr>
      <w:r w:rsidRPr="00D74D32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</w:t>
      </w:r>
    </w:p>
    <w:p w14:paraId="2F9B2290" w14:textId="1FD1F47D" w:rsidR="00F836B6" w:rsidRPr="00D74D32" w:rsidRDefault="00000000" w:rsidP="00D74D32">
      <w:pPr>
        <w:jc w:val="both"/>
        <w:rPr>
          <w:rFonts w:ascii="Arial" w:hAnsi="Arial" w:cs="Arial"/>
          <w:sz w:val="20"/>
          <w:szCs w:val="20"/>
          <w:lang w:val="pl-PL"/>
        </w:rPr>
      </w:pPr>
      <w:r w:rsidRPr="00D74D32">
        <w:rPr>
          <w:rFonts w:ascii="Arial" w:hAnsi="Arial" w:cs="Arial"/>
          <w:sz w:val="20"/>
          <w:szCs w:val="20"/>
          <w:lang w:val="pl-PL"/>
        </w:rPr>
        <w:t>(podpis/y</w:t>
      </w:r>
      <w:r w:rsidR="00410371">
        <w:rPr>
          <w:rFonts w:ascii="Arial" w:hAnsi="Arial" w:cs="Arial"/>
          <w:sz w:val="20"/>
          <w:szCs w:val="20"/>
          <w:lang w:val="pl-PL"/>
        </w:rPr>
        <w:t>, pieczęcie</w:t>
      </w:r>
      <w:r w:rsidRPr="00D74D32">
        <w:rPr>
          <w:rFonts w:ascii="Arial" w:hAnsi="Arial" w:cs="Arial"/>
          <w:sz w:val="20"/>
          <w:szCs w:val="20"/>
          <w:lang w:val="pl-PL"/>
        </w:rPr>
        <w:t xml:space="preserve"> osoby/osób uprawnionych do reprezentowania </w:t>
      </w:r>
      <w:r w:rsidR="00D74D32">
        <w:rPr>
          <w:rFonts w:ascii="Arial" w:hAnsi="Arial" w:cs="Arial"/>
          <w:sz w:val="20"/>
          <w:szCs w:val="20"/>
          <w:lang w:val="pl-PL"/>
        </w:rPr>
        <w:t>Usługodawcy</w:t>
      </w:r>
      <w:r w:rsidRPr="00D74D32">
        <w:rPr>
          <w:rFonts w:ascii="Arial" w:hAnsi="Arial" w:cs="Arial"/>
          <w:sz w:val="20"/>
          <w:szCs w:val="20"/>
          <w:lang w:val="pl-PL"/>
        </w:rPr>
        <w:t>)</w:t>
      </w:r>
    </w:p>
    <w:sectPr w:rsidR="00F836B6" w:rsidRPr="00D74D32" w:rsidSect="00D74D32">
      <w:headerReference w:type="default" r:id="rId8"/>
      <w:pgSz w:w="12240" w:h="15840"/>
      <w:pgMar w:top="1440" w:right="1800" w:bottom="568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1927A" w14:textId="77777777" w:rsidR="00D518D8" w:rsidRDefault="00D518D8" w:rsidP="00875FDE">
      <w:pPr>
        <w:spacing w:after="0" w:line="240" w:lineRule="auto"/>
      </w:pPr>
      <w:r>
        <w:separator/>
      </w:r>
    </w:p>
  </w:endnote>
  <w:endnote w:type="continuationSeparator" w:id="0">
    <w:p w14:paraId="05B66ADE" w14:textId="77777777" w:rsidR="00D518D8" w:rsidRDefault="00D518D8" w:rsidP="00875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A201C" w14:textId="77777777" w:rsidR="00D518D8" w:rsidRDefault="00D518D8" w:rsidP="00875FDE">
      <w:pPr>
        <w:spacing w:after="0" w:line="240" w:lineRule="auto"/>
      </w:pPr>
      <w:r>
        <w:separator/>
      </w:r>
    </w:p>
  </w:footnote>
  <w:footnote w:type="continuationSeparator" w:id="0">
    <w:p w14:paraId="788EE92A" w14:textId="77777777" w:rsidR="00D518D8" w:rsidRDefault="00D518D8" w:rsidP="00875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B794" w14:textId="753F4A70" w:rsidR="00875FDE" w:rsidRDefault="00D74D32">
    <w:pPr>
      <w:pStyle w:val="Nagwek"/>
    </w:pPr>
    <w:bookmarkStart w:id="0" w:name="_Hlk215694140"/>
    <w:r w:rsidRPr="00124CEB">
      <w:rPr>
        <w:noProof/>
      </w:rPr>
      <w:drawing>
        <wp:inline distT="0" distB="0" distL="0" distR="0" wp14:anchorId="349A4A11" wp14:editId="060284D1">
          <wp:extent cx="5486400" cy="443748"/>
          <wp:effectExtent l="0" t="0" r="0" b="0"/>
          <wp:docPr id="538395732" name="Obraz 1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443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2025612">
    <w:abstractNumId w:val="8"/>
  </w:num>
  <w:num w:numId="2" w16cid:durableId="366613012">
    <w:abstractNumId w:val="6"/>
  </w:num>
  <w:num w:numId="3" w16cid:durableId="1932425001">
    <w:abstractNumId w:val="5"/>
  </w:num>
  <w:num w:numId="4" w16cid:durableId="1720594387">
    <w:abstractNumId w:val="4"/>
  </w:num>
  <w:num w:numId="5" w16cid:durableId="1227642775">
    <w:abstractNumId w:val="7"/>
  </w:num>
  <w:num w:numId="6" w16cid:durableId="1840191939">
    <w:abstractNumId w:val="3"/>
  </w:num>
  <w:num w:numId="7" w16cid:durableId="1080325606">
    <w:abstractNumId w:val="2"/>
  </w:num>
  <w:num w:numId="8" w16cid:durableId="1442073392">
    <w:abstractNumId w:val="1"/>
  </w:num>
  <w:num w:numId="9" w16cid:durableId="3994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0371"/>
    <w:rsid w:val="00553FC7"/>
    <w:rsid w:val="00645E0B"/>
    <w:rsid w:val="00875FDE"/>
    <w:rsid w:val="008B536C"/>
    <w:rsid w:val="00AA1D8D"/>
    <w:rsid w:val="00B47730"/>
    <w:rsid w:val="00CB0664"/>
    <w:rsid w:val="00D278D8"/>
    <w:rsid w:val="00D518D8"/>
    <w:rsid w:val="00D74D32"/>
    <w:rsid w:val="00DD3119"/>
    <w:rsid w:val="00EB5145"/>
    <w:rsid w:val="00F836B6"/>
    <w:rsid w:val="00FB21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04DA7B"/>
  <w14:defaultImageDpi w14:val="300"/>
  <w15:docId w15:val="{F7D53903-D98C-4F47-94E4-79A73E9D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Mentelski</cp:lastModifiedBy>
  <cp:revision>5</cp:revision>
  <dcterms:created xsi:type="dcterms:W3CDTF">2013-12-23T23:15:00Z</dcterms:created>
  <dcterms:modified xsi:type="dcterms:W3CDTF">2025-12-03T21:59:00Z</dcterms:modified>
  <cp:category/>
</cp:coreProperties>
</file>