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1D42F" w14:textId="77777777" w:rsidR="00C82089" w:rsidRPr="00E06AE1" w:rsidRDefault="00000000" w:rsidP="00E06AE1">
      <w:pPr>
        <w:jc w:val="right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Załącznik nr 4 do Formularza oferty</w:t>
      </w:r>
    </w:p>
    <w:p w14:paraId="7AA5BC8D" w14:textId="77777777" w:rsidR="00C82089" w:rsidRPr="00E06AE1" w:rsidRDefault="00C82089" w:rsidP="00E06AE1">
      <w:pPr>
        <w:jc w:val="both"/>
        <w:rPr>
          <w:rFonts w:ascii="Arial" w:hAnsi="Arial" w:cs="Arial"/>
          <w:sz w:val="20"/>
          <w:szCs w:val="20"/>
          <w:lang w:val="pl-PL"/>
        </w:rPr>
      </w:pPr>
    </w:p>
    <w:p w14:paraId="433F773E" w14:textId="77777777" w:rsidR="00C82089" w:rsidRPr="00E06AE1" w:rsidRDefault="00000000" w:rsidP="00E06AE1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……………………………………….</w:t>
      </w:r>
    </w:p>
    <w:p w14:paraId="74CE4F7A" w14:textId="3B363AFE" w:rsidR="00C82089" w:rsidRPr="00E06AE1" w:rsidRDefault="00000000" w:rsidP="00E06AE1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 xml:space="preserve">(pieczęć firmowa </w:t>
      </w:r>
      <w:r w:rsidR="00E06AE1">
        <w:rPr>
          <w:rFonts w:ascii="Arial" w:hAnsi="Arial" w:cs="Arial"/>
          <w:sz w:val="20"/>
          <w:szCs w:val="20"/>
          <w:lang w:val="pl-PL"/>
        </w:rPr>
        <w:t>Usługodawcy</w:t>
      </w:r>
      <w:r w:rsidRPr="00E06AE1">
        <w:rPr>
          <w:rFonts w:ascii="Arial" w:hAnsi="Arial" w:cs="Arial"/>
          <w:sz w:val="20"/>
          <w:szCs w:val="20"/>
          <w:lang w:val="pl-PL"/>
        </w:rPr>
        <w:t>)</w:t>
      </w:r>
    </w:p>
    <w:p w14:paraId="29CBDFE0" w14:textId="77777777" w:rsidR="00C82089" w:rsidRPr="00E06AE1" w:rsidRDefault="00C82089" w:rsidP="00E06AE1">
      <w:pPr>
        <w:jc w:val="both"/>
        <w:rPr>
          <w:rFonts w:ascii="Arial" w:hAnsi="Arial" w:cs="Arial"/>
          <w:sz w:val="20"/>
          <w:szCs w:val="20"/>
          <w:lang w:val="pl-PL"/>
        </w:rPr>
      </w:pPr>
    </w:p>
    <w:p w14:paraId="0D58653A" w14:textId="77777777" w:rsidR="00C82089" w:rsidRPr="00E06AE1" w:rsidRDefault="00000000" w:rsidP="00E06AE1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  <w:r w:rsidRPr="00E06AE1">
        <w:rPr>
          <w:rFonts w:ascii="Arial" w:hAnsi="Arial" w:cs="Arial"/>
          <w:b/>
          <w:bCs/>
          <w:sz w:val="20"/>
          <w:szCs w:val="20"/>
          <w:lang w:val="pl-PL"/>
        </w:rPr>
        <w:t>WYKAZ CZĘŚCI ZAMÓWIENIA POWIERZANYCH PODWYKONAWCOM</w:t>
      </w:r>
    </w:p>
    <w:p w14:paraId="0E91C259" w14:textId="1D21CAB6" w:rsidR="00C82089" w:rsidRPr="00E06AE1" w:rsidRDefault="00000000" w:rsidP="00E06AE1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Składając ofertę w postępowaniu o udzielenie zamówienia pn.:</w:t>
      </w:r>
      <w:r w:rsidR="00E817B7" w:rsidRPr="00E06AE1">
        <w:rPr>
          <w:rFonts w:ascii="Arial" w:hAnsi="Arial" w:cs="Arial"/>
          <w:sz w:val="20"/>
          <w:szCs w:val="20"/>
          <w:lang w:val="pl-PL"/>
        </w:rPr>
        <w:t xml:space="preserve"> </w:t>
      </w:r>
      <w:r w:rsidRPr="00E06AE1">
        <w:rPr>
          <w:rFonts w:ascii="Arial" w:hAnsi="Arial" w:cs="Arial"/>
          <w:sz w:val="20"/>
          <w:szCs w:val="20"/>
          <w:lang w:val="pl-PL"/>
        </w:rPr>
        <w:t>„</w:t>
      </w:r>
      <w:r w:rsidR="00E06AE1" w:rsidRPr="00E06AE1">
        <w:rPr>
          <w:rFonts w:ascii="Arial" w:hAnsi="Arial" w:cs="Arial"/>
          <w:sz w:val="20"/>
          <w:szCs w:val="20"/>
          <w:lang w:val="pl-PL"/>
        </w:rPr>
        <w:t>O</w:t>
      </w:r>
      <w:r w:rsidR="00E06AE1" w:rsidRPr="00E06AE1">
        <w:rPr>
          <w:rFonts w:ascii="Arial" w:hAnsi="Arial" w:cs="Arial"/>
          <w:sz w:val="20"/>
          <w:lang w:val="pl-PL"/>
        </w:rPr>
        <w:t>pracowanie kompletnej dokumentacji projektowej niezbędnej do uzyskania pozwoleń na realizację inwestycji oraz dokumentacji kosztorysowej dla zdania:</w:t>
      </w:r>
      <w:r w:rsidR="00E06AE1">
        <w:rPr>
          <w:rFonts w:ascii="Arial" w:hAnsi="Arial" w:cs="Arial"/>
          <w:sz w:val="20"/>
          <w:lang w:val="pl-PL"/>
        </w:rPr>
        <w:t xml:space="preserve"> </w:t>
      </w:r>
      <w:r w:rsidR="00E06AE1" w:rsidRPr="00E06AE1">
        <w:rPr>
          <w:rFonts w:ascii="Arial" w:hAnsi="Arial" w:cs="Arial"/>
          <w:sz w:val="20"/>
          <w:lang w:val="pl-PL"/>
        </w:rPr>
        <w:t xml:space="preserve">„Prace konserwatorskie i budowlane </w:t>
      </w:r>
      <w:r w:rsidR="00E06AE1" w:rsidRPr="00E06AE1">
        <w:rPr>
          <w:rFonts w:ascii="Arial" w:hAnsi="Arial" w:cs="Arial"/>
          <w:sz w:val="20"/>
          <w:lang w:val="pl-PL"/>
        </w:rPr>
        <w:br/>
        <w:t>w zabytkowej Bazylice Mniejszej w Brzozowie (kościół pw. Przemienienia Pańskiego i ogrodzenie) wraz z zagospodarowaniem jej otoczenia w celu zapewnienia trwałości konstrukcyjnej i estetycznej oraz udostępnienia na cele kulturalne i turystyczne” planowanego do realizacji w ramach projektu pn. „Dziedzictwo sakralne i kulturalne powiatu brzozowskiego – ochrona i nowe życie zabytków” aplikowanego do naboru do Osi priorytetowej VI. Rozwój zrównoważony terytorialnie, Działania 06.02 Zrównoważony rozwój obszarów wiejskich i małych miast, Typ projektów II: ochrona, rozwój i promowanie dziedzictwa kulturowego i usług w dziedzinie kultury Programu Regionalnego Fundusze Europejskie dla Podkarpacia 2021-2027</w:t>
      </w:r>
      <w:r w:rsidRPr="00E06AE1">
        <w:rPr>
          <w:rFonts w:ascii="Arial" w:hAnsi="Arial" w:cs="Arial"/>
          <w:sz w:val="20"/>
          <w:szCs w:val="20"/>
          <w:lang w:val="pl-PL"/>
        </w:rPr>
        <w:t>”,</w:t>
      </w:r>
    </w:p>
    <w:p w14:paraId="08D97653" w14:textId="77777777" w:rsidR="00C82089" w:rsidRPr="00E06AE1" w:rsidRDefault="00000000" w:rsidP="00E06AE1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oświadczam/y*, że przy realizacji zamówienia:</w:t>
      </w:r>
    </w:p>
    <w:p w14:paraId="37DB6915" w14:textId="77777777" w:rsidR="00C82089" w:rsidRPr="00E06AE1" w:rsidRDefault="00000000" w:rsidP="00E06AE1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[ ] nie zamierzam/y powierzyć żadnej części zamówienia podwykonawcom,</w:t>
      </w:r>
    </w:p>
    <w:p w14:paraId="775B2224" w14:textId="77777777" w:rsidR="00C82089" w:rsidRPr="00E06AE1" w:rsidRDefault="00000000" w:rsidP="00E06AE1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albo</w:t>
      </w:r>
    </w:p>
    <w:p w14:paraId="7E39C545" w14:textId="77777777" w:rsidR="00C82089" w:rsidRPr="00E06AE1" w:rsidRDefault="00000000" w:rsidP="00E06AE1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[ ] zamierzam/y powierzyć podwykonawcom następujące części zamówienia:</w:t>
      </w:r>
    </w:p>
    <w:p w14:paraId="281FDB9B" w14:textId="77777777" w:rsidR="00C82089" w:rsidRPr="00E06AE1" w:rsidRDefault="00000000" w:rsidP="00E06AE1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Lp. | Część zamówienia powierzana podwykonawcy | Firma podwykonawcy</w:t>
      </w:r>
    </w:p>
    <w:p w14:paraId="693891FD" w14:textId="36191B91" w:rsidR="00C82089" w:rsidRPr="00E06AE1" w:rsidRDefault="00000000" w:rsidP="00E06AE1">
      <w:pPr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1.  | ……………………………………………………… | …………………………………………………</w:t>
      </w:r>
    </w:p>
    <w:p w14:paraId="3A457818" w14:textId="415044FC" w:rsidR="00C82089" w:rsidRPr="00E06AE1" w:rsidRDefault="00000000" w:rsidP="00E06AE1">
      <w:pPr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2.  | ……………………………………………………… | …………………………………………………</w:t>
      </w:r>
    </w:p>
    <w:p w14:paraId="161CFAC0" w14:textId="47DD7F6D" w:rsidR="00C82089" w:rsidRPr="00E06AE1" w:rsidRDefault="00000000" w:rsidP="00E06AE1">
      <w:pPr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3.  | ……………………………………………………… | …………………………………………………</w:t>
      </w:r>
    </w:p>
    <w:p w14:paraId="70CC5CE8" w14:textId="77777777" w:rsidR="00C82089" w:rsidRPr="00E06AE1" w:rsidRDefault="00C82089" w:rsidP="00E06AE1">
      <w:pPr>
        <w:jc w:val="both"/>
        <w:rPr>
          <w:rFonts w:ascii="Arial" w:hAnsi="Arial" w:cs="Arial"/>
          <w:sz w:val="20"/>
          <w:szCs w:val="20"/>
          <w:lang w:val="pl-PL"/>
        </w:rPr>
      </w:pPr>
    </w:p>
    <w:p w14:paraId="6B152338" w14:textId="77777777" w:rsidR="00C82089" w:rsidRPr="00E06AE1" w:rsidRDefault="00000000" w:rsidP="00E06AE1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*niepotrzebne skreślić</w:t>
      </w:r>
    </w:p>
    <w:p w14:paraId="24F50DC3" w14:textId="77777777" w:rsidR="00C82089" w:rsidRPr="00E06AE1" w:rsidRDefault="00C82089" w:rsidP="00E06AE1">
      <w:pPr>
        <w:jc w:val="both"/>
        <w:rPr>
          <w:rFonts w:ascii="Arial" w:hAnsi="Arial" w:cs="Arial"/>
          <w:sz w:val="20"/>
          <w:szCs w:val="20"/>
          <w:lang w:val="pl-PL"/>
        </w:rPr>
      </w:pPr>
    </w:p>
    <w:p w14:paraId="681DB366" w14:textId="77777777" w:rsidR="00C82089" w:rsidRPr="00E06AE1" w:rsidRDefault="00000000" w:rsidP="00E06AE1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Miejscowość ……………………………………, dnia ………………… 202… r.</w:t>
      </w:r>
    </w:p>
    <w:p w14:paraId="56784DC9" w14:textId="77777777" w:rsidR="00C82089" w:rsidRPr="00E06AE1" w:rsidRDefault="00C82089" w:rsidP="00E06AE1">
      <w:pPr>
        <w:jc w:val="both"/>
        <w:rPr>
          <w:rFonts w:ascii="Arial" w:hAnsi="Arial" w:cs="Arial"/>
          <w:sz w:val="20"/>
          <w:szCs w:val="20"/>
          <w:lang w:val="pl-PL"/>
        </w:rPr>
      </w:pPr>
    </w:p>
    <w:p w14:paraId="604CE9EA" w14:textId="77777777" w:rsidR="00C82089" w:rsidRPr="00E06AE1" w:rsidRDefault="00000000" w:rsidP="00E06AE1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……………………………………………………………………………………………………………………………</w:t>
      </w:r>
    </w:p>
    <w:p w14:paraId="01B6A44E" w14:textId="2059ABB0" w:rsidR="00C82089" w:rsidRPr="00E06AE1" w:rsidRDefault="00000000" w:rsidP="00E06AE1">
      <w:pPr>
        <w:jc w:val="both"/>
        <w:rPr>
          <w:rFonts w:ascii="Arial" w:hAnsi="Arial" w:cs="Arial"/>
          <w:sz w:val="20"/>
          <w:szCs w:val="20"/>
          <w:lang w:val="pl-PL"/>
        </w:rPr>
      </w:pPr>
      <w:r w:rsidRPr="00E06AE1">
        <w:rPr>
          <w:rFonts w:ascii="Arial" w:hAnsi="Arial" w:cs="Arial"/>
          <w:sz w:val="20"/>
          <w:szCs w:val="20"/>
          <w:lang w:val="pl-PL"/>
        </w:rPr>
        <w:t>(podpis/y</w:t>
      </w:r>
      <w:r w:rsidR="00E06AE1">
        <w:rPr>
          <w:rFonts w:ascii="Arial" w:hAnsi="Arial" w:cs="Arial"/>
          <w:sz w:val="20"/>
          <w:szCs w:val="20"/>
          <w:lang w:val="pl-PL"/>
        </w:rPr>
        <w:t>, pieczęcie</w:t>
      </w:r>
      <w:r w:rsidRPr="00E06AE1">
        <w:rPr>
          <w:rFonts w:ascii="Arial" w:hAnsi="Arial" w:cs="Arial"/>
          <w:sz w:val="20"/>
          <w:szCs w:val="20"/>
          <w:lang w:val="pl-PL"/>
        </w:rPr>
        <w:t xml:space="preserve"> osoby/osób uprawnionych do reprezentowania </w:t>
      </w:r>
      <w:r w:rsidR="00E06AE1">
        <w:rPr>
          <w:rFonts w:ascii="Arial" w:hAnsi="Arial" w:cs="Arial"/>
          <w:sz w:val="20"/>
          <w:szCs w:val="20"/>
          <w:lang w:val="pl-PL"/>
        </w:rPr>
        <w:t>Usługodawcy</w:t>
      </w:r>
      <w:r w:rsidRPr="00E06AE1">
        <w:rPr>
          <w:rFonts w:ascii="Arial" w:hAnsi="Arial" w:cs="Arial"/>
          <w:sz w:val="20"/>
          <w:szCs w:val="20"/>
          <w:lang w:val="pl-PL"/>
        </w:rPr>
        <w:t>)</w:t>
      </w:r>
    </w:p>
    <w:p w14:paraId="56CA0632" w14:textId="77777777" w:rsidR="00C82089" w:rsidRPr="00E817B7" w:rsidRDefault="00C82089">
      <w:pPr>
        <w:rPr>
          <w:lang w:val="pl-PL"/>
        </w:rPr>
      </w:pPr>
    </w:p>
    <w:sectPr w:rsidR="00C82089" w:rsidRPr="00E817B7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20479" w14:textId="77777777" w:rsidR="00CD65AB" w:rsidRDefault="00CD65AB" w:rsidP="00E817B7">
      <w:pPr>
        <w:spacing w:after="0" w:line="240" w:lineRule="auto"/>
      </w:pPr>
      <w:r>
        <w:separator/>
      </w:r>
    </w:p>
  </w:endnote>
  <w:endnote w:type="continuationSeparator" w:id="0">
    <w:p w14:paraId="27F56928" w14:textId="77777777" w:rsidR="00CD65AB" w:rsidRDefault="00CD65AB" w:rsidP="00E81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6580" w14:textId="77777777" w:rsidR="00CD65AB" w:rsidRDefault="00CD65AB" w:rsidP="00E817B7">
      <w:pPr>
        <w:spacing w:after="0" w:line="240" w:lineRule="auto"/>
      </w:pPr>
      <w:r>
        <w:separator/>
      </w:r>
    </w:p>
  </w:footnote>
  <w:footnote w:type="continuationSeparator" w:id="0">
    <w:p w14:paraId="35906D82" w14:textId="77777777" w:rsidR="00CD65AB" w:rsidRDefault="00CD65AB" w:rsidP="00E81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5542" w14:textId="722EDA9B" w:rsidR="00E817B7" w:rsidRDefault="00E06AE1">
    <w:pPr>
      <w:pStyle w:val="Nagwek"/>
    </w:pPr>
    <w:bookmarkStart w:id="0" w:name="_Hlk215694140"/>
    <w:r w:rsidRPr="00124CEB">
      <w:rPr>
        <w:noProof/>
      </w:rPr>
      <w:drawing>
        <wp:inline distT="0" distB="0" distL="0" distR="0" wp14:anchorId="66AAC675" wp14:editId="00722672">
          <wp:extent cx="5486400" cy="443748"/>
          <wp:effectExtent l="0" t="0" r="0" b="0"/>
          <wp:docPr id="9" name="Obraz 1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443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1170538">
    <w:abstractNumId w:val="8"/>
  </w:num>
  <w:num w:numId="2" w16cid:durableId="673141926">
    <w:abstractNumId w:val="6"/>
  </w:num>
  <w:num w:numId="3" w16cid:durableId="1891260888">
    <w:abstractNumId w:val="5"/>
  </w:num>
  <w:num w:numId="4" w16cid:durableId="585387576">
    <w:abstractNumId w:val="4"/>
  </w:num>
  <w:num w:numId="5" w16cid:durableId="2039309255">
    <w:abstractNumId w:val="7"/>
  </w:num>
  <w:num w:numId="6" w16cid:durableId="1796438392">
    <w:abstractNumId w:val="3"/>
  </w:num>
  <w:num w:numId="7" w16cid:durableId="411466647">
    <w:abstractNumId w:val="2"/>
  </w:num>
  <w:num w:numId="8" w16cid:durableId="1435327007">
    <w:abstractNumId w:val="1"/>
  </w:num>
  <w:num w:numId="9" w16cid:durableId="203673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6D02"/>
    <w:rsid w:val="0029639D"/>
    <w:rsid w:val="00326F90"/>
    <w:rsid w:val="005F1083"/>
    <w:rsid w:val="00645E0B"/>
    <w:rsid w:val="00747192"/>
    <w:rsid w:val="008B536C"/>
    <w:rsid w:val="00AA1D8D"/>
    <w:rsid w:val="00B47730"/>
    <w:rsid w:val="00C82089"/>
    <w:rsid w:val="00CB0664"/>
    <w:rsid w:val="00CD65AB"/>
    <w:rsid w:val="00D278D8"/>
    <w:rsid w:val="00E06AE1"/>
    <w:rsid w:val="00E817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ED2CA"/>
  <w14:defaultImageDpi w14:val="300"/>
  <w15:docId w15:val="{F7D53903-D98C-4F47-94E4-79A73E9D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Paweł Mentelski</cp:lastModifiedBy>
  <cp:revision>4</cp:revision>
  <dcterms:created xsi:type="dcterms:W3CDTF">2013-12-23T23:15:00Z</dcterms:created>
  <dcterms:modified xsi:type="dcterms:W3CDTF">2025-12-03T22:02:00Z</dcterms:modified>
  <cp:category/>
</cp:coreProperties>
</file>