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4199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Załącznik nr 5 do Formularza oferty</w:t>
      </w:r>
    </w:p>
    <w:p w14:paraId="7CC437FC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0EA4C19A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</w:p>
    <w:p w14:paraId="61A3D895" w14:textId="4284E6E6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 xml:space="preserve">(pieczęć firmowa </w:t>
      </w:r>
      <w:r w:rsidR="00F374A3">
        <w:rPr>
          <w:rFonts w:ascii="Arial" w:hAnsi="Arial" w:cs="Arial"/>
          <w:sz w:val="20"/>
          <w:szCs w:val="20"/>
          <w:lang w:val="pl-PL"/>
        </w:rPr>
        <w:t>Usługodawcy</w:t>
      </w:r>
      <w:r w:rsidRPr="00F374A3">
        <w:rPr>
          <w:rFonts w:ascii="Arial" w:hAnsi="Arial" w:cs="Arial"/>
          <w:sz w:val="20"/>
          <w:szCs w:val="20"/>
          <w:lang w:val="pl-PL"/>
        </w:rPr>
        <w:t>)</w:t>
      </w:r>
    </w:p>
    <w:p w14:paraId="65B8A956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784546F1" w14:textId="77777777" w:rsidR="00B6240A" w:rsidRPr="00F374A3" w:rsidRDefault="00000000" w:rsidP="007F2805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F374A3">
        <w:rPr>
          <w:rFonts w:ascii="Arial" w:hAnsi="Arial" w:cs="Arial"/>
          <w:b/>
          <w:bCs/>
          <w:sz w:val="20"/>
          <w:szCs w:val="20"/>
          <w:lang w:val="pl-PL"/>
        </w:rPr>
        <w:t>OŚWIADCZENIE</w:t>
      </w:r>
    </w:p>
    <w:p w14:paraId="14BF91AD" w14:textId="5E08D544" w:rsidR="00B6240A" w:rsidRPr="00F374A3" w:rsidRDefault="00000000" w:rsidP="007F2805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F374A3">
        <w:rPr>
          <w:rFonts w:ascii="Arial" w:hAnsi="Arial" w:cs="Arial"/>
          <w:b/>
          <w:bCs/>
          <w:sz w:val="20"/>
          <w:szCs w:val="20"/>
          <w:lang w:val="pl-PL"/>
        </w:rPr>
        <w:t xml:space="preserve">dodatkowe </w:t>
      </w:r>
      <w:r w:rsidR="00F374A3">
        <w:rPr>
          <w:rFonts w:ascii="Arial" w:hAnsi="Arial" w:cs="Arial"/>
          <w:b/>
          <w:bCs/>
          <w:sz w:val="20"/>
          <w:szCs w:val="20"/>
          <w:lang w:val="pl-PL"/>
        </w:rPr>
        <w:t>Usługodawcy</w:t>
      </w:r>
    </w:p>
    <w:p w14:paraId="144452B9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0046522C" w14:textId="53E1F73C" w:rsidR="00B6240A" w:rsidRPr="00F374A3" w:rsidRDefault="00000000" w:rsidP="00F374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Składając ofertę w postępowaniu o udzielenie zamówienia pn.:</w:t>
      </w:r>
      <w:r w:rsidR="007F2805" w:rsidRPr="00F374A3">
        <w:rPr>
          <w:rFonts w:ascii="Arial" w:hAnsi="Arial" w:cs="Arial"/>
          <w:sz w:val="20"/>
          <w:szCs w:val="20"/>
          <w:lang w:val="pl-PL"/>
        </w:rPr>
        <w:t xml:space="preserve"> </w:t>
      </w:r>
      <w:r w:rsidRPr="00F374A3">
        <w:rPr>
          <w:rFonts w:ascii="Arial" w:hAnsi="Arial" w:cs="Arial"/>
          <w:sz w:val="20"/>
          <w:szCs w:val="20"/>
          <w:lang w:val="pl-PL"/>
        </w:rPr>
        <w:t>„</w:t>
      </w:r>
      <w:r w:rsidR="00F374A3" w:rsidRPr="00F374A3">
        <w:rPr>
          <w:rFonts w:ascii="Arial" w:hAnsi="Arial" w:cs="Arial"/>
          <w:sz w:val="20"/>
          <w:szCs w:val="20"/>
          <w:lang w:val="pl-PL"/>
        </w:rPr>
        <w:t>O</w:t>
      </w:r>
      <w:r w:rsidR="00F374A3" w:rsidRPr="00F374A3">
        <w:rPr>
          <w:rFonts w:ascii="Arial" w:hAnsi="Arial" w:cs="Arial"/>
          <w:sz w:val="20"/>
          <w:lang w:val="pl-PL"/>
        </w:rPr>
        <w:t xml:space="preserve">pracowanie kompletnej dokumentacji projektowej niezbędnej do uzyskania pozwoleń na realizację inwestycji oraz dokumentacji kosztorysowej dla zdania: „Prace konserwatorskie i budowlane </w:t>
      </w:r>
      <w:r w:rsidR="00F374A3" w:rsidRPr="00F374A3">
        <w:rPr>
          <w:rFonts w:ascii="Arial" w:hAnsi="Arial" w:cs="Arial"/>
          <w:sz w:val="20"/>
          <w:lang w:val="pl-PL"/>
        </w:rPr>
        <w:br/>
        <w:t xml:space="preserve">w zabytkowej Bazylice Mniejszej w Brzozowie (kościół pw. Przemienienia Pańskiego </w:t>
      </w:r>
      <w:r w:rsidR="00F374A3">
        <w:rPr>
          <w:rFonts w:ascii="Arial" w:hAnsi="Arial" w:cs="Arial"/>
          <w:sz w:val="20"/>
          <w:lang w:val="pl-PL"/>
        </w:rPr>
        <w:br/>
      </w:r>
      <w:r w:rsidR="00F374A3" w:rsidRPr="00F374A3">
        <w:rPr>
          <w:rFonts w:ascii="Arial" w:hAnsi="Arial" w:cs="Arial"/>
          <w:sz w:val="20"/>
          <w:lang w:val="pl-PL"/>
        </w:rPr>
        <w:t xml:space="preserve">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i promowanie dziedzictwa kulturowego i usług </w:t>
      </w:r>
      <w:r w:rsidR="00F374A3">
        <w:rPr>
          <w:rFonts w:ascii="Arial" w:hAnsi="Arial" w:cs="Arial"/>
          <w:sz w:val="20"/>
          <w:lang w:val="pl-PL"/>
        </w:rPr>
        <w:br/>
      </w:r>
      <w:r w:rsidR="00F374A3" w:rsidRPr="00F374A3">
        <w:rPr>
          <w:rFonts w:ascii="Arial" w:hAnsi="Arial" w:cs="Arial"/>
          <w:sz w:val="20"/>
          <w:lang w:val="pl-PL"/>
        </w:rPr>
        <w:t>w dziedzinie kultury Programu Regionalnego Fundusze Europejskie dla Podkarpacia 2021-2027</w:t>
      </w:r>
      <w:r w:rsidRPr="00F374A3">
        <w:rPr>
          <w:rFonts w:ascii="Arial" w:hAnsi="Arial" w:cs="Arial"/>
          <w:sz w:val="20"/>
          <w:szCs w:val="20"/>
          <w:lang w:val="pl-PL"/>
        </w:rPr>
        <w:t>”,</w:t>
      </w:r>
    </w:p>
    <w:p w14:paraId="24CB24D3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oświadczam/y*, że:</w:t>
      </w:r>
    </w:p>
    <w:p w14:paraId="478D5E7F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1) wszystkie informacje podane w ofercie oraz załącznikach są prawdziwe i kompletne,</w:t>
      </w:r>
    </w:p>
    <w:p w14:paraId="156EF7A5" w14:textId="6A3D7C99" w:rsidR="00B6240A" w:rsidRPr="00F374A3" w:rsidRDefault="00000000" w:rsidP="00F374A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 xml:space="preserve">2) zapoznałem/liśmy się z warunkami realizacji zamówienia określonymi w zapytaniu ofertowym </w:t>
      </w:r>
      <w:r w:rsidR="00F374A3">
        <w:rPr>
          <w:rFonts w:ascii="Arial" w:hAnsi="Arial" w:cs="Arial"/>
          <w:sz w:val="20"/>
          <w:szCs w:val="20"/>
          <w:lang w:val="pl-PL"/>
        </w:rPr>
        <w:br/>
      </w:r>
      <w:r w:rsidRPr="00F374A3">
        <w:rPr>
          <w:rFonts w:ascii="Arial" w:hAnsi="Arial" w:cs="Arial"/>
          <w:sz w:val="20"/>
          <w:szCs w:val="20"/>
          <w:lang w:val="pl-PL"/>
        </w:rPr>
        <w:t>i akceptuję/my je w całości,</w:t>
      </w:r>
    </w:p>
    <w:p w14:paraId="5D1F2FAF" w14:textId="77777777" w:rsidR="00B6240A" w:rsidRPr="00F374A3" w:rsidRDefault="00000000" w:rsidP="00F374A3">
      <w:pPr>
        <w:jc w:val="both"/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3) zobowiązuję/my się do niezwłocznego poinformowania Zamawiającego o każdej zmianie okoliczności mogącej mieć wpływ na prawidłową realizację zamówienia.</w:t>
      </w:r>
    </w:p>
    <w:p w14:paraId="10753600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7BA56747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*niepotrzebne skreślić</w:t>
      </w:r>
    </w:p>
    <w:p w14:paraId="1378015D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7DD8F5EB" w14:textId="77777777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075F2DDD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p w14:paraId="5E7CAF95" w14:textId="77777777" w:rsidR="007F2805" w:rsidRPr="00F374A3" w:rsidRDefault="007F2805">
      <w:pPr>
        <w:rPr>
          <w:rFonts w:ascii="Arial" w:hAnsi="Arial" w:cs="Arial"/>
          <w:sz w:val="20"/>
          <w:szCs w:val="20"/>
          <w:lang w:val="pl-PL"/>
        </w:rPr>
      </w:pPr>
    </w:p>
    <w:p w14:paraId="696F2391" w14:textId="51F3EE62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</w:t>
      </w:r>
    </w:p>
    <w:p w14:paraId="67B458ED" w14:textId="59BAB1A2" w:rsidR="00B6240A" w:rsidRPr="00F374A3" w:rsidRDefault="00000000">
      <w:pPr>
        <w:rPr>
          <w:rFonts w:ascii="Arial" w:hAnsi="Arial" w:cs="Arial"/>
          <w:sz w:val="20"/>
          <w:szCs w:val="20"/>
          <w:lang w:val="pl-PL"/>
        </w:rPr>
      </w:pPr>
      <w:r w:rsidRPr="00F374A3">
        <w:rPr>
          <w:rFonts w:ascii="Arial" w:hAnsi="Arial" w:cs="Arial"/>
          <w:sz w:val="20"/>
          <w:szCs w:val="20"/>
          <w:lang w:val="pl-PL"/>
        </w:rPr>
        <w:t>(podpis/y</w:t>
      </w:r>
      <w:r w:rsidR="00F374A3">
        <w:rPr>
          <w:rFonts w:ascii="Arial" w:hAnsi="Arial" w:cs="Arial"/>
          <w:sz w:val="20"/>
          <w:szCs w:val="20"/>
          <w:lang w:val="pl-PL"/>
        </w:rPr>
        <w:t>, pieczęcie</w:t>
      </w:r>
      <w:r w:rsidRPr="00F374A3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F374A3">
        <w:rPr>
          <w:rFonts w:ascii="Arial" w:hAnsi="Arial" w:cs="Arial"/>
          <w:sz w:val="20"/>
          <w:szCs w:val="20"/>
          <w:lang w:val="pl-PL"/>
        </w:rPr>
        <w:t>Usługodawcy</w:t>
      </w:r>
      <w:r w:rsidRPr="00F374A3">
        <w:rPr>
          <w:rFonts w:ascii="Arial" w:hAnsi="Arial" w:cs="Arial"/>
          <w:sz w:val="20"/>
          <w:szCs w:val="20"/>
          <w:lang w:val="pl-PL"/>
        </w:rPr>
        <w:t>)</w:t>
      </w:r>
    </w:p>
    <w:p w14:paraId="0CC4617B" w14:textId="77777777" w:rsidR="00B6240A" w:rsidRPr="00F374A3" w:rsidRDefault="00B6240A">
      <w:pPr>
        <w:rPr>
          <w:rFonts w:ascii="Arial" w:hAnsi="Arial" w:cs="Arial"/>
          <w:sz w:val="20"/>
          <w:szCs w:val="20"/>
          <w:lang w:val="pl-PL"/>
        </w:rPr>
      </w:pPr>
    </w:p>
    <w:sectPr w:rsidR="00B6240A" w:rsidRPr="00F374A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CDACA" w14:textId="77777777" w:rsidR="00C32607" w:rsidRDefault="00C32607" w:rsidP="007F2805">
      <w:pPr>
        <w:spacing w:after="0" w:line="240" w:lineRule="auto"/>
      </w:pPr>
      <w:r>
        <w:separator/>
      </w:r>
    </w:p>
  </w:endnote>
  <w:endnote w:type="continuationSeparator" w:id="0">
    <w:p w14:paraId="5FC6C14A" w14:textId="77777777" w:rsidR="00C32607" w:rsidRDefault="00C32607" w:rsidP="007F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67BA" w14:textId="77777777" w:rsidR="00C32607" w:rsidRDefault="00C32607" w:rsidP="007F2805">
      <w:pPr>
        <w:spacing w:after="0" w:line="240" w:lineRule="auto"/>
      </w:pPr>
      <w:r>
        <w:separator/>
      </w:r>
    </w:p>
  </w:footnote>
  <w:footnote w:type="continuationSeparator" w:id="0">
    <w:p w14:paraId="4B9989E8" w14:textId="77777777" w:rsidR="00C32607" w:rsidRDefault="00C32607" w:rsidP="007F2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FBD2" w14:textId="51734D2A" w:rsidR="007F2805" w:rsidRDefault="00F374A3">
    <w:pPr>
      <w:pStyle w:val="Nagwek"/>
    </w:pPr>
    <w:bookmarkStart w:id="0" w:name="_Hlk215694140"/>
    <w:r w:rsidRPr="00124CEB">
      <w:rPr>
        <w:noProof/>
      </w:rPr>
      <w:drawing>
        <wp:inline distT="0" distB="0" distL="0" distR="0" wp14:anchorId="26477306" wp14:editId="24B49263">
          <wp:extent cx="5486400" cy="443748"/>
          <wp:effectExtent l="0" t="0" r="0" b="0"/>
          <wp:docPr id="9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162230">
    <w:abstractNumId w:val="8"/>
  </w:num>
  <w:num w:numId="2" w16cid:durableId="771896562">
    <w:abstractNumId w:val="6"/>
  </w:num>
  <w:num w:numId="3" w16cid:durableId="262304123">
    <w:abstractNumId w:val="5"/>
  </w:num>
  <w:num w:numId="4" w16cid:durableId="1623223477">
    <w:abstractNumId w:val="4"/>
  </w:num>
  <w:num w:numId="5" w16cid:durableId="197861248">
    <w:abstractNumId w:val="7"/>
  </w:num>
  <w:num w:numId="6" w16cid:durableId="1141461834">
    <w:abstractNumId w:val="3"/>
  </w:num>
  <w:num w:numId="7" w16cid:durableId="1546674334">
    <w:abstractNumId w:val="2"/>
  </w:num>
  <w:num w:numId="8" w16cid:durableId="468061596">
    <w:abstractNumId w:val="1"/>
  </w:num>
  <w:num w:numId="9" w16cid:durableId="3527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76F"/>
    <w:rsid w:val="001078D9"/>
    <w:rsid w:val="0015074B"/>
    <w:rsid w:val="0029639D"/>
    <w:rsid w:val="00317F6C"/>
    <w:rsid w:val="00326F90"/>
    <w:rsid w:val="00645E0B"/>
    <w:rsid w:val="007F2805"/>
    <w:rsid w:val="008B536C"/>
    <w:rsid w:val="00AA1D8D"/>
    <w:rsid w:val="00B47730"/>
    <w:rsid w:val="00B6240A"/>
    <w:rsid w:val="00C32607"/>
    <w:rsid w:val="00CB0664"/>
    <w:rsid w:val="00D278D8"/>
    <w:rsid w:val="00F374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3969C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4</cp:revision>
  <dcterms:created xsi:type="dcterms:W3CDTF">2013-12-23T23:15:00Z</dcterms:created>
  <dcterms:modified xsi:type="dcterms:W3CDTF">2025-12-03T22:05:00Z</dcterms:modified>
  <cp:category/>
</cp:coreProperties>
</file>